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מַגָּפַיִם כְּחֻלִּים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המילה מַגָּפַיִם עם כל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לגשם וליום גשום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הרכבת מילים מאותיות ותנועות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ללכת בגשם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מגפיים הם נעליים גבוהות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הגשם יוצר שלוליות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(נעליים גבוהות לגשם)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(יורד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(מים על הריצפה)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(מגנה מהגשם)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מַג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מַגָ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הגיוניים הכוללים את המילה מגפיים ותיאור של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נעליים גבוהות לגשם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שלולית, מטריה, רטוב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מתחילים מאות אחת ומוסיפים אותיות ותנועות עד המילה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יחד בקול, שורה אחר שורה,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מגפיים אמיתיים או תמונה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מַגָּפַיִם כְּחֻלִּים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הקריאה פוגשים את המילה מַגָּפַיִם ובונים אותה שורה אחר שורה, מהאות הראשונה ועד המילה השלמה, עם כל התנועות.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גשום  ·  שלוליות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צבע המגפיים בכותרת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לובשים מגפיים?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ללכת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ללכת בגשם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לשחק בכדור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מגפיים הם סוג של כובע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גשום יש שלוליות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__________ לובשים מגפיים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הגשם נשארות __________ ברחוב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מַגָּפַיִם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יורד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נעליים גבוהות לגשם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שְׁלוּלִית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מגנה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מַטְרִיָּה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מים על הריצפה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בניית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מַ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מַגָ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מַג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קצרים על יום גשום, ושלבו בהם את המילה מגפיים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מגפיים?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הקשורה לגשם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מַגָּפַיִם כְּחֻלִּים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