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מַגָּפַיִם כְּחֻלִּים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המילה מַגָּפַיִם עם כל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לגשם וליום גשום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הרכבת מילים מאותיות ותנועות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ללכת בגשם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פירמידת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מגפיים הם נעליים גבוהות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הגשם יוצר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מגנה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בפירמידה בונים מהאות הראשונה למילה השלמה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(נעליים גבוהות לגשם)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(יורד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(מים על הריצפה)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(הפך של יבש)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מַג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מַגָ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מַגָפַ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מַגָּפַיִם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הגיוניים הכוללים את המילה מגפיים ותיאור של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נעליים גבוהות לגשם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שלולית, מטריה, רטוב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מתחילים מאות אחת ומוסיפים אותיות ותנועות עד המילה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יחד בקול, שורה אחר שורה,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מגפיים אמיתיים או תמונה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מַגָּפַיִם כְּחֻלִּים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הקריאה פוגשים את המילה מַגָּפַיִם ובונים אותה שורה אחר שורה, מהאות הראשונה ועד המילה השלמה, עם כל התנועות.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צבע המגפיים בכותרת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לובשים מגפיים?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בגשם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הברות יש במילה מַגָּפַיִם?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תרגול מופיע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פירמידת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מגפיים הם סוג של כובע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גשום יש שלוליות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בפירמידת קריאה מתחילים מהמילה השלמה וממשיכים לאות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לובשים מגפיים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נשארות __________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המגפיים בכותרת הדף הם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לא להירטב בגשם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הפך של המילה רטוב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מַגָּפַיִם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יורד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מגנה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שְׁלוּלִית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הפך של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מַטְרִיָּה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על הריצפה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רָטֹב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נעליים גבוהות לגשם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מַגָפַ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מַגָ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מַגָּפַיִם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קצרים על יום גשום, ושלבו בהם את המילה מגפיים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מגפיים?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לגשם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בונים פירמידת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מַגָּפַיִם כְּחֻלִּים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